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80"/>
      </w:pPr>
      <w:r>
        <w:rPr>
          <w:rFonts w:ascii="Noto Sans CJK KR" w:hAnsi="Noto Sans CJK KR" w:eastAsia="Noto Sans CJK KR"/>
          <w:b/>
          <w:color w:val="C4471D"/>
          <w:sz w:val="20"/>
        </w:rPr>
        <w:t>MOMO AI 연구소   무료 강의 01</w:t>
      </w:r>
    </w:p>
    <w:p>
      <w:pPr>
        <w:pStyle w:val="Title"/>
        <w:spacing w:after="280"/>
      </w:pPr>
      <w:r>
        <w:t>AI 기본 세팅과 첫 질문</w:t>
      </w:r>
    </w:p>
    <w:p>
      <w:r>
        <w:rPr>
          <w:rFonts w:ascii="Noto Sans CJK KR" w:hAnsi="Noto Sans CJK KR" w:eastAsia="Noto Sans CJK KR"/>
        </w:rPr>
        <w:t>AI를 처음 쓸 때는 모델 이름이나 복잡한 명령어보다 내가 원하는 설명 방식과 오늘 해야 할 일을 정하는 것이 먼저입니다. 이 강의에서는 세 서비스의 기본 지시 사항을 설정하고 같은 질문으로 적용 여부를 확인합니다. 마지막에는 목표와 조건을 담은 첫 실전 질문을 작성합니다.</w:t>
      </w:r>
    </w:p>
    <w:p>
      <w:r>
        <w:rPr>
          <w:rFonts w:ascii="Noto Sans CJK KR" w:hAnsi="Noto Sans CJK KR" w:eastAsia="Noto Sans CJK KR"/>
          <w:color w:val="65706B"/>
          <w:sz w:val="19"/>
        </w:rPr>
        <w:t>초안 v0.1  |  2026년 10월 7일  |  설명과 실습 중심의 무료 텍스트 강의</w:t>
      </w:r>
    </w:p>
    <w:p>
      <w:pPr>
        <w:keepNext/>
      </w:pPr>
      <w:r>
        <w:drawing>
          <wp:inline xmlns:a="http://schemas.openxmlformats.org/drawingml/2006/main" xmlns:pic="http://schemas.openxmlformats.org/drawingml/2006/picture">
            <wp:extent cx="6309360" cy="3075813"/>
            <wp:docPr id="1" name="Picture 1" descr="그림 1 반복할 응답 기준과 이번 작업의 조건을 나누는 예시" title="그림 1 반복할 응답 기준과 이번 작업의 조건을 나누는 예시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_settings_vs_task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307581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</w:pPr>
      <w:r>
        <w:rPr>
          <w:rFonts w:ascii="Noto Sans CJK KR" w:hAnsi="Noto Sans CJK KR" w:eastAsia="Noto Sans CJK KR"/>
          <w:color w:val="65706B"/>
          <w:sz w:val="19"/>
        </w:rPr>
        <w:t>그림 1 반복할 응답 기준과 이번 작업의 조건을 나누는 예시</w:t>
      </w:r>
    </w:p>
    <w:p>
      <w:pPr>
        <w:pStyle w:val="Heading1"/>
      </w:pPr>
      <w:r>
        <w:t>01 매번 반복할 말은 기본 설정에</w:t>
      </w:r>
    </w:p>
    <w:p>
      <w:r>
        <w:rPr>
          <w:rFonts w:ascii="Noto Sans CJK KR" w:hAnsi="Noto Sans CJK KR" w:eastAsia="Noto Sans CJK KR"/>
          <w:b w:val="0"/>
        </w:rPr>
        <w:t>“한국어로 답해줘”, “어려운 용어는 풀어서 설명해줘”를 매번 입력하고 있나요? 자주 쓰는 기준은 서비스의 기본 지시 사항에 넣고, 오늘만 필요한 조건은 채팅에 적으면 편합니다. 여기서 프롬프트는 AI에 입력하는 요청 문장을 뜻합니다.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6624"/>
      </w:tblGrid>
      <w:tr>
        <w:trPr>
          <w:cantSplit/>
          <w:tblHeader/>
        </w:trPr>
        <w:tc>
          <w:tcPr>
            <w:tcW w:type="dxa" w:w="3312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B"/>
          </w:tcPr>
          <w:p>
            <w:pPr>
              <w:spacing w:after="40" w:line="288" w:lineRule="auto"/>
              <w:jc w:val="center"/>
            </w:pPr>
            <w:r>
              <w:rPr>
                <w:rFonts w:ascii="Noto Sans CJK KR" w:hAnsi="Noto Sans CJK KR" w:eastAsia="Noto Sans CJK KR"/>
                <w:b/>
                <w:color w:val="000000"/>
                <w:sz w:val="21"/>
              </w:rPr>
              <w:t>기본 설정에 둘 것</w:t>
            </w:r>
          </w:p>
        </w:tc>
        <w:tc>
          <w:tcPr>
            <w:tcW w:type="dxa" w:w="6624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B"/>
          </w:tcPr>
          <w:p>
            <w:pPr>
              <w:spacing w:after="40" w:line="288" w:lineRule="auto"/>
            </w:pPr>
            <w:r>
              <w:rPr>
                <w:rFonts w:ascii="Noto Sans CJK KR" w:hAnsi="Noto Sans CJK KR" w:eastAsia="Noto Sans CJK KR"/>
                <w:b/>
                <w:color w:val="000000"/>
                <w:sz w:val="21"/>
              </w:rPr>
              <w:t>이번 채팅에 둘 것</w:t>
            </w:r>
          </w:p>
        </w:tc>
      </w:tr>
      <w:tr>
        <w:trPr>
          <w:cantSplit/>
        </w:trPr>
        <w:tc>
          <w:tcPr>
            <w:tcW w:type="dxa" w:w="3312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line="288" w:lineRule="auto"/>
              <w:jc w:val="center"/>
            </w:pPr>
            <w:r>
              <w:rPr>
                <w:rFonts w:ascii="Noto Sans CJK KR" w:hAnsi="Noto Sans CJK KR" w:eastAsia="Noto Sans CJK KR"/>
                <w:b w:val="0"/>
                <w:color w:val="000000"/>
                <w:sz w:val="21"/>
              </w:rPr>
              <w:t>한국어 존댓말, 초심자 수준 설명</w:t>
            </w:r>
          </w:p>
        </w:tc>
        <w:tc>
          <w:tcPr>
            <w:tcW w:type="dxa" w:w="6624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line="288" w:lineRule="auto"/>
            </w:pPr>
            <w:r>
              <w:rPr>
                <w:rFonts w:ascii="Noto Sans CJK KR" w:hAnsi="Noto Sans CJK KR" w:eastAsia="Noto Sans CJK KR"/>
                <w:b w:val="0"/>
                <w:color w:val="000000"/>
                <w:sz w:val="21"/>
              </w:rPr>
              <w:t>오늘 발표할 주제와 청중</w:t>
            </w:r>
          </w:p>
        </w:tc>
      </w:tr>
      <w:tr>
        <w:trPr>
          <w:cantSplit/>
        </w:trPr>
        <w:tc>
          <w:tcPr>
            <w:tcW w:type="dxa" w:w="3312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8F9F8"/>
          </w:tcPr>
          <w:p>
            <w:pPr>
              <w:spacing w:after="40" w:line="288" w:lineRule="auto"/>
              <w:jc w:val="center"/>
            </w:pPr>
            <w:r>
              <w:rPr>
                <w:rFonts w:ascii="Noto Sans CJK KR" w:hAnsi="Noto Sans CJK KR" w:eastAsia="Noto Sans CJK KR"/>
                <w:b w:val="0"/>
                <w:color w:val="000000"/>
                <w:sz w:val="21"/>
              </w:rPr>
              <w:t>핵심 먼저, 필요할 때 예시 한 개</w:t>
            </w:r>
          </w:p>
        </w:tc>
        <w:tc>
          <w:tcPr>
            <w:tcW w:type="dxa" w:w="6624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8F9F8"/>
          </w:tcPr>
          <w:p>
            <w:pPr>
              <w:spacing w:after="40" w:line="288" w:lineRule="auto"/>
            </w:pPr>
            <w:r>
              <w:rPr>
                <w:rFonts w:ascii="Noto Sans CJK KR" w:hAnsi="Noto Sans CJK KR" w:eastAsia="Noto Sans CJK KR"/>
                <w:b w:val="0"/>
                <w:color w:val="000000"/>
                <w:sz w:val="21"/>
              </w:rPr>
              <w:t>발표 도입부 30초 분량</w:t>
            </w:r>
          </w:p>
        </w:tc>
      </w:tr>
      <w:tr>
        <w:trPr>
          <w:cantSplit/>
        </w:trPr>
        <w:tc>
          <w:tcPr>
            <w:tcW w:type="dxa" w:w="3312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line="288" w:lineRule="auto"/>
              <w:jc w:val="center"/>
            </w:pPr>
            <w:r>
              <w:rPr>
                <w:rFonts w:ascii="Noto Sans CJK KR" w:hAnsi="Noto Sans CJK KR" w:eastAsia="Noto Sans CJK KR"/>
                <w:b w:val="0"/>
                <w:color w:val="000000"/>
                <w:sz w:val="21"/>
              </w:rPr>
              <w:t>불확실한 내용은 확인 필요로 표시</w:t>
            </w:r>
          </w:p>
        </w:tc>
        <w:tc>
          <w:tcPr>
            <w:tcW w:type="dxa" w:w="6624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line="288" w:lineRule="auto"/>
            </w:pPr>
            <w:r>
              <w:rPr>
                <w:rFonts w:ascii="Noto Sans CJK KR" w:hAnsi="Noto Sans CJK KR" w:eastAsia="Noto Sans CJK KR"/>
                <w:b w:val="0"/>
                <w:color w:val="000000"/>
                <w:sz w:val="21"/>
              </w:rPr>
              <w:t>이번 문서의 원문과 마감 조건</w:t>
            </w:r>
          </w:p>
        </w:tc>
      </w:tr>
    </w:tbl>
    <w:p>
      <w:pPr>
        <w:spacing w:after="80"/>
      </w:pPr>
      <w:r>
        <w:rPr>
          <w:rFonts w:ascii="Noto Sans CJK KR" w:hAnsi="Noto Sans CJK KR" w:eastAsia="Noto Sans CJK KR"/>
        </w:rPr>
      </w:r>
    </w:p>
    <w:p>
      <w:r>
        <w:rPr>
          <w:rFonts w:ascii="Noto Sans CJK KR" w:hAnsi="Noto Sans CJK KR" w:eastAsia="Noto Sans CJK KR"/>
          <w:b w:val="0"/>
        </w:rPr>
        <w:t>기본 설정은 답변 방식에 대한 요청입니다. 설정했다고 항상 그대로 답하거나 정확성이 보장되는 것은 아닙니다. 처음에는 짧은 지시 세 가지로 시작하고, 원하는 결과인지 확인하며 수정하세요.</w:t>
      </w:r>
    </w:p>
    <w:p>
      <w:pPr>
        <w:pStyle w:val="Heading1"/>
      </w:pPr>
      <w:r>
        <w:t>02 내 AI에서 설정 찾기</w:t>
      </w:r>
    </w:p>
    <w:p>
      <w:r>
        <w:rPr>
          <w:rFonts w:ascii="Noto Sans CJK KR" w:hAnsi="Noto Sans CJK KR" w:eastAsia="Noto Sans CJK KR"/>
          <w:b w:val="0"/>
        </w:rPr>
        <w:t xml:space="preserve">아래는 </w:t>
      </w:r>
      <w:r>
        <w:rPr>
          <w:rFonts w:ascii="Noto Sans CJK KR" w:hAnsi="Noto Sans CJK KR" w:eastAsia="Noto Sans CJK KR"/>
          <w:b/>
        </w:rPr>
        <w:t>웹 화면 기준</w:t>
      </w:r>
      <w:r>
        <w:rPr>
          <w:rFonts w:ascii="Noto Sans CJK KR" w:hAnsi="Noto Sans CJK KR" w:eastAsia="Noto Sans CJK KR"/>
          <w:b w:val="0"/>
        </w:rPr>
        <w:t>의 공식 안내를 정리했습니다. 메뉴는 한국어로 번역되거나 앱·계정에 따라 다른 위치에 보일 수 있어 영문 이름을 함께 적었습니다. 확인일은 2026년 10월 7일입니다.</w:t>
      </w:r>
    </w:p>
    <w:p>
      <w:pPr>
        <w:pStyle w:val="Heading2"/>
      </w:pPr>
      <w:r>
        <w:t>ChatGPT 맞춤 지침과 기본 말투</w:t>
      </w:r>
    </w:p>
    <w:p>
      <w:pPr>
        <w:ind w:left="245" w:hanging="245"/>
      </w:pPr>
      <w:r>
        <w:rPr>
          <w:rFonts w:ascii="Noto Sans CJK KR" w:hAnsi="Noto Sans CJK KR" w:eastAsia="Noto Sans CJK KR"/>
        </w:rPr>
        <w:t xml:space="preserve">1 </w:t>
      </w:r>
      <w:r>
        <w:rPr>
          <w:rFonts w:ascii="Noto Sans CJK KR" w:hAnsi="Noto Sans CJK KR" w:eastAsia="Noto Sans CJK KR"/>
        </w:rPr>
        <w:t xml:space="preserve">계정 메뉴에서 </w:t>
      </w:r>
      <w:r>
        <w:rPr>
          <w:rFonts w:ascii="Noto Sans CJK KR" w:hAnsi="Noto Sans CJK KR" w:eastAsia="Noto Sans CJK KR"/>
          <w:b/>
        </w:rPr>
        <w:t>설정 → 개인화(Personalization)</w:t>
      </w:r>
      <w:r>
        <w:rPr>
          <w:rFonts w:ascii="Noto Sans CJK KR" w:hAnsi="Noto Sans CJK KR" w:eastAsia="Noto Sans CJK KR"/>
        </w:rPr>
        <w:t>를 엽니다.</w:t>
      </w:r>
    </w:p>
    <w:p>
      <w:pPr>
        <w:ind w:left="245" w:hanging="245"/>
      </w:pPr>
      <w:r>
        <w:rPr>
          <w:rFonts w:ascii="Noto Sans CJK KR" w:hAnsi="Noto Sans CJK KR" w:eastAsia="Noto Sans CJK KR"/>
        </w:rPr>
        <w:t xml:space="preserve">2 </w:t>
      </w:r>
      <w:r>
        <w:rPr>
          <w:rFonts w:ascii="Noto Sans CJK KR" w:hAnsi="Noto Sans CJK KR" w:eastAsia="Noto Sans CJK KR"/>
          <w:b/>
        </w:rPr>
        <w:t>맞춤 지침(Custom Instructions)</w:t>
      </w:r>
      <w:r>
        <w:rPr>
          <w:rFonts w:ascii="Noto Sans CJK KR" w:hAnsi="Noto Sans CJK KR" w:eastAsia="Noto Sans CJK KR"/>
        </w:rPr>
        <w:t>에서 개인화를 켜고, 반복해서 적용할 지시를 입력합니다.</w:t>
      </w:r>
    </w:p>
    <w:p>
      <w:pPr>
        <w:ind w:left="245" w:hanging="245"/>
      </w:pPr>
      <w:r>
        <w:rPr>
          <w:rFonts w:ascii="Noto Sans CJK KR" w:hAnsi="Noto Sans CJK KR" w:eastAsia="Noto Sans CJK KR"/>
        </w:rPr>
        <w:t xml:space="preserve">3 </w:t>
      </w:r>
      <w:r>
        <w:rPr>
          <w:rFonts w:ascii="Noto Sans CJK KR" w:hAnsi="Noto Sans CJK KR" w:eastAsia="Noto Sans CJK KR"/>
        </w:rPr>
        <w:t xml:space="preserve">말투는 개인화의 </w:t>
      </w:r>
      <w:r>
        <w:rPr>
          <w:rFonts w:ascii="Noto Sans CJK KR" w:hAnsi="Noto Sans CJK KR" w:eastAsia="Noto Sans CJK KR"/>
          <w:b/>
        </w:rPr>
        <w:t>기본 스타일 및 말투(Base style and tone)</w:t>
      </w:r>
      <w:r>
        <w:rPr>
          <w:rFonts w:ascii="Noto Sans CJK KR" w:hAnsi="Noto Sans CJK KR" w:eastAsia="Noto Sans CJK KR"/>
        </w:rPr>
        <w:t>에서 선택할 수 있습니다. [1][2]</w:t>
      </w:r>
    </w:p>
    <w:p>
      <w:r>
        <w:rPr>
          <w:rFonts w:ascii="Noto Sans CJK KR" w:hAnsi="Noto Sans CJK KR" w:eastAsia="Noto Sans CJK KR"/>
          <w:b w:val="0"/>
        </w:rPr>
        <w:t>예: “한국어 존댓말로, 결론을 먼저 말하고 생소한 용어는 풀어서 설명해줘.”</w:t>
      </w:r>
    </w:p>
    <w:p>
      <w:pPr>
        <w:pStyle w:val="Heading2"/>
      </w:pPr>
      <w:r>
        <w:t>Gemini 응답 지시 사항</w:t>
      </w:r>
    </w:p>
    <w:p>
      <w:pPr>
        <w:ind w:left="245" w:hanging="245"/>
      </w:pPr>
      <w:r>
        <w:rPr>
          <w:rFonts w:ascii="Noto Sans CJK KR" w:hAnsi="Noto Sans CJK KR" w:eastAsia="Noto Sans CJK KR"/>
        </w:rPr>
        <w:t xml:space="preserve">1 </w:t>
      </w:r>
      <w:r>
        <w:rPr>
          <w:rFonts w:ascii="Noto Sans CJK KR" w:hAnsi="Noto Sans CJK KR" w:eastAsia="Noto Sans CJK KR"/>
          <w:b/>
        </w:rPr>
        <w:t>설정 및 도움말(Settings &amp; help) → Personal Intelligence</w:t>
      </w:r>
      <w:r>
        <w:rPr>
          <w:rFonts w:ascii="Noto Sans CJK KR" w:hAnsi="Noto Sans CJK KR" w:eastAsia="Noto Sans CJK KR"/>
        </w:rPr>
        <w:t>를 엽니다.</w:t>
      </w:r>
    </w:p>
    <w:p>
      <w:pPr>
        <w:ind w:left="245" w:hanging="245"/>
      </w:pPr>
      <w:r>
        <w:rPr>
          <w:rFonts w:ascii="Noto Sans CJK KR" w:hAnsi="Noto Sans CJK KR" w:eastAsia="Noto Sans CJK KR"/>
        </w:rPr>
        <w:t xml:space="preserve">2 </w:t>
      </w:r>
      <w:r>
        <w:rPr>
          <w:rFonts w:ascii="Noto Sans CJK KR" w:hAnsi="Noto Sans CJK KR" w:eastAsia="Noto Sans CJK KR"/>
          <w:b/>
        </w:rPr>
        <w:t>Instructions for Gemini</w:t>
      </w:r>
      <w:r>
        <w:rPr>
          <w:rFonts w:ascii="Noto Sans CJK KR" w:hAnsi="Noto Sans CJK KR" w:eastAsia="Noto Sans CJK KR"/>
        </w:rPr>
        <w:t>에서 추가(Add)를 선택합니다.</w:t>
      </w:r>
    </w:p>
    <w:p>
      <w:pPr>
        <w:ind w:left="245" w:hanging="245"/>
      </w:pPr>
      <w:r>
        <w:rPr>
          <w:rFonts w:ascii="Noto Sans CJK KR" w:hAnsi="Noto Sans CJK KR" w:eastAsia="Noto Sans CJK KR"/>
        </w:rPr>
        <w:t xml:space="preserve">3 </w:t>
      </w:r>
      <w:r>
        <w:rPr>
          <w:rFonts w:ascii="Noto Sans CJK KR" w:hAnsi="Noto Sans CJK KR" w:eastAsia="Noto Sans CJK KR"/>
        </w:rPr>
        <w:t>원하는 언어·말투·형식을 적고 제출합니다. 같은 메뉴에서 수정·삭제하거나 적용을 끌 수 있습니다. [3]</w:t>
      </w:r>
    </w:p>
    <w:p>
      <w:r>
        <w:rPr>
          <w:rFonts w:ascii="Noto Sans CJK KR" w:hAnsi="Noto Sans CJK KR" w:eastAsia="Noto Sans CJK KR"/>
          <w:b w:val="0"/>
        </w:rPr>
        <w:t>지시 사항을 추가하는 기능과 대화 중 사실을 기억하는 기능은 구분됩니다. 메뉴가 없으면 공식 안내에서 자신의 앱·계정 조건을 확인하세요.</w:t>
      </w:r>
    </w:p>
    <w:p>
      <w:pPr>
        <w:pStyle w:val="Heading2"/>
      </w:pPr>
      <w:r>
        <w:t>Claude 공통 지시 사항</w:t>
      </w:r>
    </w:p>
    <w:p>
      <w:pPr>
        <w:ind w:left="245" w:hanging="245"/>
      </w:pPr>
      <w:r>
        <w:rPr>
          <w:rFonts w:ascii="Noto Sans CJK KR" w:hAnsi="Noto Sans CJK KR" w:eastAsia="Noto Sans CJK KR"/>
        </w:rPr>
        <w:t xml:space="preserve">1 </w:t>
      </w:r>
      <w:r>
        <w:rPr>
          <w:rFonts w:ascii="Noto Sans CJK KR" w:hAnsi="Noto Sans CJK KR" w:eastAsia="Noto Sans CJK KR"/>
        </w:rPr>
        <w:t xml:space="preserve">계정 이니셜 메뉴에서 </w:t>
      </w:r>
      <w:r>
        <w:rPr>
          <w:rFonts w:ascii="Noto Sans CJK KR" w:hAnsi="Noto Sans CJK KR" w:eastAsia="Noto Sans CJK KR"/>
          <w:b/>
        </w:rPr>
        <w:t>Settings</w:t>
      </w:r>
      <w:r>
        <w:rPr>
          <w:rFonts w:ascii="Noto Sans CJK KR" w:hAnsi="Noto Sans CJK KR" w:eastAsia="Noto Sans CJK KR"/>
        </w:rPr>
        <w:t>를 엽니다.</w:t>
      </w:r>
    </w:p>
    <w:p>
      <w:pPr>
        <w:ind w:left="245" w:hanging="245"/>
      </w:pPr>
      <w:r>
        <w:rPr>
          <w:rFonts w:ascii="Noto Sans CJK KR" w:hAnsi="Noto Sans CJK KR" w:eastAsia="Noto Sans CJK KR"/>
        </w:rPr>
        <w:t xml:space="preserve">2 </w:t>
      </w:r>
      <w:r>
        <w:rPr>
          <w:rFonts w:ascii="Noto Sans CJK KR" w:hAnsi="Noto Sans CJK KR" w:eastAsia="Noto Sans CJK KR"/>
          <w:b/>
        </w:rPr>
        <w:t>Instructions for Claude</w:t>
      </w:r>
      <w:r>
        <w:rPr>
          <w:rFonts w:ascii="Noto Sans CJK KR" w:hAnsi="Noto Sans CJK KR" w:eastAsia="Noto Sans CJK KR"/>
        </w:rPr>
        <w:t>에 설명 수준, 답변 방식 등 공통 기준을 입력합니다.</w:t>
      </w:r>
    </w:p>
    <w:p>
      <w:pPr>
        <w:ind w:left="245" w:hanging="245"/>
      </w:pPr>
      <w:r>
        <w:rPr>
          <w:rFonts w:ascii="Noto Sans CJK KR" w:hAnsi="Noto Sans CJK KR" w:eastAsia="Noto Sans CJK KR"/>
        </w:rPr>
        <w:t xml:space="preserve">3 </w:t>
      </w:r>
      <w:r>
        <w:rPr>
          <w:rFonts w:ascii="Noto Sans CJK KR" w:hAnsi="Noto Sans CJK KR" w:eastAsia="Noto Sans CJK KR"/>
        </w:rPr>
        <w:t>이 지시는 계정의 대화에 적용됩니다. 프로젝트 안에서만 필요한 조건은 프로젝트 지시 사항으로 따로 둡니다. [4]</w:t>
      </w:r>
    </w:p>
    <w:p>
      <w:r>
        <w:rPr>
          <w:rFonts w:ascii="Noto Sans CJK KR" w:hAnsi="Noto Sans CJK KR" w:eastAsia="Noto Sans CJK KR"/>
          <w:b w:val="0"/>
        </w:rPr>
        <w:t>내 화면의 항목 이름이 다르면 아래 공식 문서와 대조하세요. 오늘 할 일 전체를 공통 지시에 넣기보다 반복할 기준만 남기는 편이 관리하기 쉽습니다.</w:t>
      </w:r>
    </w:p>
    <w:p>
      <w:pPr>
        <w:pStyle w:val="Heading1"/>
      </w:pPr>
      <w:r>
        <w:t>03 기본 지시를 넣고 답변을 비교해 보세요</w:t>
      </w:r>
    </w:p>
    <w:p>
      <w:pPr>
        <w:keepNext/>
      </w:pPr>
      <w:r>
        <w:drawing>
          <wp:inline xmlns:a="http://schemas.openxmlformats.org/drawingml/2006/main" xmlns:pic="http://schemas.openxmlformats.org/drawingml/2006/picture">
            <wp:extent cx="6309360" cy="3075813"/>
            <wp:docPr id="2" name="Picture 2" descr="그림 2 기본 지시 적용 여부를 점검하는 실습 흐름" title="그림 2 기본 지시 적용 여부를 점검하는 실습 흐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_test_settings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307581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</w:pPr>
      <w:r>
        <w:rPr>
          <w:rFonts w:ascii="Noto Sans CJK KR" w:hAnsi="Noto Sans CJK KR" w:eastAsia="Noto Sans CJK KR"/>
          <w:color w:val="65706B"/>
          <w:sz w:val="19"/>
        </w:rPr>
        <w:t>그림 2 기본 지시 적용 여부를 점검하는 실습 흐름</w:t>
      </w:r>
    </w:p>
    <w:p>
      <w:pPr>
        <w:pStyle w:val="Heading2"/>
      </w:pPr>
      <w:r>
        <w:t>기본 지시 예시 내 취향에 맞게 수정</w:t>
      </w:r>
    </w:p>
    <w:p>
      <w:pPr>
        <w:pStyle w:val="Prompt"/>
        <w:keepNext/>
      </w:pPr>
      <w:r>
        <w:rPr>
          <w:rFonts w:ascii="Noto Sans CJK KR" w:hAnsi="Noto Sans CJK KR" w:eastAsia="Noto Sans CJK KR"/>
        </w:rPr>
        <w:t>한국어 존댓말로 답해줘.</w:t>
      </w:r>
    </w:p>
    <w:p>
      <w:pPr>
        <w:pStyle w:val="Prompt"/>
        <w:keepNext/>
      </w:pPr>
      <w:r>
        <w:rPr>
          <w:rFonts w:ascii="Noto Sans CJK KR" w:hAnsi="Noto Sans CJK KR" w:eastAsia="Noto Sans CJK KR"/>
        </w:rPr>
        <w:t>나는 AI 초심자이므로 어려운 용어는 짧게 풀어서 설명해줘.</w:t>
      </w:r>
    </w:p>
    <w:p>
      <w:pPr>
        <w:pStyle w:val="Prompt"/>
        <w:keepNext/>
      </w:pPr>
      <w:r>
        <w:rPr>
          <w:rFonts w:ascii="Noto Sans CJK KR" w:hAnsi="Noto Sans CJK KR" w:eastAsia="Noto Sans CJK KR"/>
        </w:rPr>
        <w:t>핵심 답을 먼저 말하고, 필요한 경우에만 구체적인 예시 한 개를 덧붙여줘.</w:t>
      </w:r>
    </w:p>
    <w:p>
      <w:pPr>
        <w:pStyle w:val="Prompt"/>
        <w:keepNext w:val="0"/>
      </w:pPr>
      <w:r>
        <w:rPr>
          <w:rFonts w:ascii="Noto Sans CJK KR" w:hAnsi="Noto Sans CJK KR" w:eastAsia="Noto Sans CJK KR"/>
        </w:rPr>
        <w:t>확실하지 않은 내용은 추측을 사실처럼 쓰지 말고 확인 필요라고 표시해줘.</w:t>
      </w:r>
    </w:p>
    <w:p>
      <w:pPr>
        <w:ind w:left="245" w:hanging="245"/>
      </w:pPr>
      <w:r>
        <w:rPr>
          <w:rFonts w:ascii="Noto Sans CJK KR" w:hAnsi="Noto Sans CJK KR" w:eastAsia="Noto Sans CJK KR"/>
        </w:rPr>
        <w:t xml:space="preserve">1 </w:t>
      </w:r>
      <w:r>
        <w:rPr>
          <w:rFonts w:ascii="Noto Sans CJK KR" w:hAnsi="Noto Sans CJK KR" w:eastAsia="Noto Sans CJK KR"/>
          <w:b/>
        </w:rPr>
        <w:t>설정 전 답변 남기기</w:t>
      </w:r>
      <w:r>
        <w:br/>
      </w:r>
      <w:r>
        <w:rPr>
          <w:rFonts w:ascii="Noto Sans CJK KR" w:hAnsi="Noto Sans CJK KR" w:eastAsia="Noto Sans CJK KR"/>
          <w:b w:val="0"/>
        </w:rPr>
        <w:t>“프롬프트가 무엇인지 설명해줘”를 입력해 답변을 확인합니다.</w:t>
      </w:r>
    </w:p>
    <w:p>
      <w:pPr>
        <w:ind w:left="245" w:hanging="245"/>
      </w:pPr>
      <w:r>
        <w:rPr>
          <w:rFonts w:ascii="Noto Sans CJK KR" w:hAnsi="Noto Sans CJK KR" w:eastAsia="Noto Sans CJK KR"/>
        </w:rPr>
        <w:t xml:space="preserve">2 </w:t>
      </w:r>
      <w:r>
        <w:rPr>
          <w:rFonts w:ascii="Noto Sans CJK KR" w:hAnsi="Noto Sans CJK KR" w:eastAsia="Noto Sans CJK KR"/>
          <w:b/>
        </w:rPr>
        <w:t>기본 지시 추가</w:t>
      </w:r>
      <w:r>
        <w:br/>
      </w:r>
      <w:r>
        <w:rPr>
          <w:rFonts w:ascii="Noto Sans CJK KR" w:hAnsi="Noto Sans CJK KR" w:eastAsia="Noto Sans CJK KR"/>
          <w:b w:val="0"/>
        </w:rPr>
        <w:t>사용하는 서비스의 설정에 위 예시를 넣고 저장하거나 제출합니다. 이름·주소 같은 개인 정보를 넣을 필요는 없습니다.</w:t>
      </w:r>
    </w:p>
    <w:p>
      <w:pPr>
        <w:ind w:left="245" w:hanging="245"/>
      </w:pPr>
      <w:r>
        <w:rPr>
          <w:rFonts w:ascii="Noto Sans CJK KR" w:hAnsi="Noto Sans CJK KR" w:eastAsia="Noto Sans CJK KR"/>
        </w:rPr>
        <w:t xml:space="preserve">3 </w:t>
      </w:r>
      <w:r>
        <w:rPr>
          <w:rFonts w:ascii="Noto Sans CJK KR" w:hAnsi="Noto Sans CJK KR" w:eastAsia="Noto Sans CJK KR"/>
          <w:b/>
        </w:rPr>
        <w:t>같은 질문 다시 하기</w:t>
      </w:r>
      <w:r>
        <w:br/>
      </w:r>
      <w:r>
        <w:rPr>
          <w:rFonts w:ascii="Noto Sans CJK KR" w:hAnsi="Noto Sans CJK KR" w:eastAsia="Noto Sans CJK KR"/>
          <w:b w:val="0"/>
        </w:rPr>
        <w:t>새 채팅을 열어 같은 질문을 하고 존댓말, 쉬운 설명, 핵심 먼저가 반영되는지 확인합니다. 답은 매번 달라질 수 있으므로 문장 일치보다 기준 준수 여부를 보세요.</w:t>
      </w:r>
    </w:p>
    <w:p>
      <w:pPr>
        <w:pStyle w:val="Heading2"/>
      </w:pPr>
      <w:r>
        <w:t>실습 해설</w:t>
      </w:r>
    </w:p>
    <w:p>
      <w:r>
        <w:rPr>
          <w:rFonts w:ascii="Noto Sans CJK KR" w:hAnsi="Noto Sans CJK KR" w:eastAsia="Noto Sans CJK KR"/>
          <w:b w:val="0"/>
        </w:rPr>
        <w:t>설정 뒤에 쉬운 용어와 짧은 예시가 나왔다면 원하는 방향입니다. 여전히 장황하면 “첫 답변은 5문장 이내”처럼 관찰 가능한 기준을 추가하세요. 적용이 보이지 않으면 설정의 활성화 상태와 이번 채팅에서 충돌하는 요청이 있었는지 확인합니다. 한 번의 답변으로 성능 향상을 판단하는 실험은 아닙니다.</w:t>
      </w:r>
    </w:p>
    <w:p>
      <w:pPr>
        <w:pStyle w:val="Heading2"/>
      </w:pPr>
      <w:r>
        <w:t>첫 실전 질문 대괄호를 채우세요</w:t>
      </w:r>
    </w:p>
    <w:p>
      <w:pPr>
        <w:pStyle w:val="Prompt"/>
        <w:keepNext/>
      </w:pPr>
      <w:r>
        <w:rPr>
          <w:rFonts w:ascii="Noto Sans CJK KR" w:hAnsi="Noto Sans CJK KR" w:eastAsia="Noto Sans CJK KR"/>
        </w:rPr>
        <w:t>[청중]에게 [주제]를 소개할 30초 발표 도입부를 써줘.</w:t>
      </w:r>
    </w:p>
    <w:p>
      <w:pPr>
        <w:pStyle w:val="Prompt"/>
        <w:keepNext/>
      </w:pPr>
      <w:r>
        <w:rPr>
          <w:rFonts w:ascii="Noto Sans CJK KR" w:hAnsi="Noto Sans CJK KR" w:eastAsia="Noto Sans CJK KR"/>
        </w:rPr>
        <w:t>목적은 [알리고 싶은 내용]이야.</w:t>
      </w:r>
    </w:p>
    <w:p>
      <w:pPr>
        <w:pStyle w:val="Prompt"/>
        <w:keepNext/>
      </w:pPr>
      <w:r>
        <w:rPr>
          <w:rFonts w:ascii="Noto Sans CJK KR" w:hAnsi="Noto Sans CJK KR" w:eastAsia="Noto Sans CJK KR"/>
        </w:rPr>
        <w:t>반드시 포함할 사실은 [내가 확인한 사실]이고, 확인하지 않은 숫자는 만들지 마.</w:t>
      </w:r>
    </w:p>
    <w:p>
      <w:pPr>
        <w:pStyle w:val="Prompt"/>
        <w:keepNext w:val="0"/>
      </w:pPr>
      <w:r>
        <w:rPr>
          <w:rFonts w:ascii="Noto Sans CJK KR" w:hAnsi="Noto Sans CJK KR" w:eastAsia="Noto Sans CJK KR"/>
        </w:rPr>
        <w:t>말로 읽기 자연스러운 문장으로 작성해줘.</w:t>
      </w:r>
    </w:p>
    <w:p>
      <w:r>
        <w:rPr>
          <w:rFonts w:ascii="Noto Sans CJK KR" w:hAnsi="Noto Sans CJK KR" w:eastAsia="Noto Sans CJK KR"/>
          <w:b w:val="0"/>
        </w:rPr>
        <w:t>말투는 기본 설정에 맡기고, 오늘의 목표·자료·분량은 질문에 적습니다. 결과가 길면 “핵심 사실은 유지하고 세 문장으로 줄여줘”처럼 수정 기준을 전달하세요.</w:t>
      </w:r>
    </w:p>
    <w:p>
      <w:pPr>
        <w:pStyle w:val="Heading1"/>
      </w:pPr>
      <w:r>
        <w:t>04 내 기본 설정 점검</w:t>
      </w:r>
    </w:p>
    <w:p>
      <w:pPr>
        <w:ind w:left="245" w:hanging="245"/>
      </w:pPr>
      <w:r>
        <w:rPr>
          <w:rFonts w:ascii="Noto Sans CJK KR" w:hAnsi="Noto Sans CJK KR" w:eastAsia="Noto Sans CJK KR"/>
        </w:rPr>
        <w:t xml:space="preserve">• </w:t>
      </w:r>
      <w:r>
        <w:rPr>
          <w:rFonts w:ascii="Noto Sans CJK KR" w:hAnsi="Noto Sans CJK KR" w:eastAsia="Noto Sans CJK KR"/>
        </w:rPr>
        <w:t>반복할 말투와 설명 수준만 기본 설정에 넣었다.</w:t>
      </w:r>
    </w:p>
    <w:p>
      <w:pPr>
        <w:ind w:left="245" w:hanging="245"/>
      </w:pPr>
      <w:r>
        <w:rPr>
          <w:rFonts w:ascii="Noto Sans CJK KR" w:hAnsi="Noto Sans CJK KR" w:eastAsia="Noto Sans CJK KR"/>
        </w:rPr>
        <w:t xml:space="preserve">• </w:t>
      </w:r>
      <w:r>
        <w:rPr>
          <w:rFonts w:ascii="Noto Sans CJK KR" w:hAnsi="Noto Sans CJK KR" w:eastAsia="Noto Sans CJK KR"/>
        </w:rPr>
        <w:t>오늘만 필요한 자료와 조건은 채팅에 적었다.</w:t>
      </w:r>
    </w:p>
    <w:p>
      <w:pPr>
        <w:ind w:left="245" w:hanging="245"/>
      </w:pPr>
      <w:r>
        <w:rPr>
          <w:rFonts w:ascii="Noto Sans CJK KR" w:hAnsi="Noto Sans CJK KR" w:eastAsia="Noto Sans CJK KR"/>
        </w:rPr>
        <w:t xml:space="preserve">• </w:t>
      </w:r>
      <w:r>
        <w:rPr>
          <w:rFonts w:ascii="Noto Sans CJK KR" w:hAnsi="Noto Sans CJK KR" w:eastAsia="Noto Sans CJK KR"/>
        </w:rPr>
        <w:t>실제 답변을 보고 적용 여부를 확인했다.</w:t>
      </w:r>
    </w:p>
    <w:p>
      <w:r>
        <w:rPr>
          <w:rFonts w:ascii="Noto Sans CJK KR" w:hAnsi="Noto Sans CJK KR" w:eastAsia="Noto Sans CJK KR"/>
          <w:b w:val="0"/>
        </w:rPr>
        <w:t>다음 강의에서는 이 설정이 새 채팅에도 적용되는 이유와, 이전 대화 내용이 이어지는 조건을 구분합니다.</w:t>
      </w:r>
    </w:p>
    <w:p>
      <w:pPr>
        <w:pStyle w:val="Heading1"/>
      </w:pPr>
      <w:r>
        <w:t>복습 질문</w:t>
      </w:r>
    </w:p>
    <w:p>
      <w:r>
        <w:rPr>
          <w:rFonts w:ascii="Noto Sans CJK KR" w:hAnsi="Noto Sans CJK KR" w:eastAsia="Noto Sans CJK KR"/>
        </w:rPr>
        <w:t>1 기본 설정에 넣을 지시 세 가지를 내 말로 적어보세요.</w:t>
      </w:r>
    </w:p>
    <w:p>
      <w:r>
        <w:rPr>
          <w:rFonts w:ascii="Noto Sans CJK KR" w:hAnsi="Noto Sans CJK KR" w:eastAsia="Noto Sans CJK KR"/>
        </w:rPr>
        <w:t>2 이번 채팅에만 넣어야 할 조건은 무엇인가요?</w:t>
      </w:r>
    </w:p>
    <w:p>
      <w:r>
        <w:rPr>
          <w:rFonts w:ascii="Noto Sans CJK KR" w:hAnsi="Noto Sans CJK KR" w:eastAsia="Noto Sans CJK KR"/>
        </w:rPr>
        <w:t>3 설정 적용을 확인할 때 어떤 기준을 보겠습니까?</w:t>
      </w:r>
    </w:p>
    <w:p>
      <w:pPr>
        <w:pStyle w:val="Heading2"/>
      </w:pPr>
      <w:r>
        <w:t>복습 질문 해설</w:t>
      </w:r>
    </w:p>
    <w:p>
      <w:r>
        <w:rPr>
          <w:rFonts w:ascii="Noto Sans CJK KR" w:hAnsi="Noto Sans CJK KR" w:eastAsia="Noto Sans CJK KR"/>
        </w:rPr>
        <w:t>1 말투와 설명 수준 및 답변 형식처럼 반복할 기준을 적습니다. 예를 들어 존댓말, 쉬운 용어, 핵심 먼저입니다.</w:t>
      </w:r>
    </w:p>
    <w:p>
      <w:r>
        <w:rPr>
          <w:rFonts w:ascii="Noto Sans CJK KR" w:hAnsi="Noto Sans CJK KR" w:eastAsia="Noto Sans CJK KR"/>
        </w:rPr>
        <w:t>2 이번 작업의 대상과 주제 및 분량, 원문 자료를 채팅에 제공합니다.</w:t>
      </w:r>
    </w:p>
    <w:p>
      <w:r>
        <w:rPr>
          <w:rFonts w:ascii="Noto Sans CJK KR" w:hAnsi="Noto Sans CJK KR" w:eastAsia="Noto Sans CJK KR"/>
        </w:rPr>
        <w:t>3 문장 일치보다 내가 정한 기준이 실제 답변에 반영됐는지 봅니다.</w:t>
      </w:r>
    </w:p>
    <w:p>
      <w:pPr>
        <w:pStyle w:val="Heading1"/>
      </w:pPr>
      <w:r>
        <w:t>공식 참고자료</w:t>
      </w:r>
    </w:p>
    <w:p>
      <w:pPr>
        <w:keepNext/>
        <w:spacing w:line="276" w:lineRule="auto"/>
      </w:pPr>
      <w:r>
        <w:rPr>
          <w:rFonts w:ascii="Noto Sans CJK KR" w:hAnsi="Noto Sans CJK KR" w:eastAsia="Noto Sans CJK KR"/>
          <w:sz w:val="20"/>
        </w:rPr>
        <w:t>공식 안내 확인일은 2026년 10월 7일입니다. 기능과 메뉴는 계정 및 업데이트에 따라 달라질 수 있습니다. 예시와 실습은 MOMO가 작성했습니다.</w:t>
      </w:r>
    </w:p>
    <w:p>
      <w:pPr>
        <w:keepNext/>
        <w:spacing w:after="60" w:line="264" w:lineRule="auto"/>
      </w:pPr>
      <w:r>
        <w:rPr>
          <w:rFonts w:ascii="Noto Sans CJK KR" w:hAnsi="Noto Sans CJK KR" w:eastAsia="Noto Sans CJK KR"/>
          <w:sz w:val="20"/>
        </w:rPr>
        <w:t xml:space="preserve">1 </w:t>
      </w:r>
      <w:hyperlink r:id="rId11">
        <w:r>
          <w:rPr>
            <w:color w:val="9D3514"/>
            <w:u w:val="single"/>
            <w:rFonts w:ascii="Noto Sans CJK KR" w:hAnsi="Noto Sans CJK KR" w:eastAsia="Noto Sans CJK KR"/>
          </w:rPr>
          <w:t>ChatGPT 맞춤 지침</w:t>
        </w:r>
      </w:hyperlink>
    </w:p>
    <w:p>
      <w:pPr>
        <w:keepNext/>
        <w:spacing w:after="60" w:line="264" w:lineRule="auto"/>
      </w:pPr>
      <w:r>
        <w:rPr>
          <w:rFonts w:ascii="Noto Sans CJK KR" w:hAnsi="Noto Sans CJK KR" w:eastAsia="Noto Sans CJK KR"/>
          <w:sz w:val="20"/>
        </w:rPr>
        <w:t xml:space="preserve">2 </w:t>
      </w:r>
      <w:hyperlink r:id="rId12">
        <w:r>
          <w:rPr>
            <w:color w:val="9D3514"/>
            <w:u w:val="single"/>
            <w:rFonts w:ascii="Noto Sans CJK KR" w:hAnsi="Noto Sans CJK KR" w:eastAsia="Noto Sans CJK KR"/>
          </w:rPr>
          <w:t>ChatGPT 기본 스타일·말투</w:t>
        </w:r>
      </w:hyperlink>
    </w:p>
    <w:p>
      <w:pPr>
        <w:keepNext/>
        <w:spacing w:after="60" w:line="264" w:lineRule="auto"/>
      </w:pPr>
      <w:r>
        <w:rPr>
          <w:rFonts w:ascii="Noto Sans CJK KR" w:hAnsi="Noto Sans CJK KR" w:eastAsia="Noto Sans CJK KR"/>
          <w:sz w:val="20"/>
        </w:rPr>
        <w:t xml:space="preserve">3 </w:t>
      </w:r>
      <w:hyperlink r:id="rId13">
        <w:r>
          <w:rPr>
            <w:color w:val="9D3514"/>
            <w:u w:val="single"/>
            <w:rFonts w:ascii="Noto Sans CJK KR" w:hAnsi="Noto Sans CJK KR" w:eastAsia="Noto Sans CJK KR"/>
          </w:rPr>
          <w:t>Gemini 지시 사항 관리</w:t>
        </w:r>
      </w:hyperlink>
    </w:p>
    <w:p>
      <w:pPr>
        <w:keepNext w:val="0"/>
        <w:spacing w:after="60" w:line="264" w:lineRule="auto"/>
      </w:pPr>
      <w:r>
        <w:rPr>
          <w:rFonts w:ascii="Noto Sans CJK KR" w:hAnsi="Noto Sans CJK KR" w:eastAsia="Noto Sans CJK KR"/>
          <w:sz w:val="20"/>
        </w:rPr>
        <w:t xml:space="preserve">4 </w:t>
      </w:r>
      <w:hyperlink r:id="rId14">
        <w:r>
          <w:rPr>
            <w:color w:val="9D3514"/>
            <w:u w:val="single"/>
            <w:rFonts w:ascii="Noto Sans CJK KR" w:hAnsi="Noto Sans CJK KR" w:eastAsia="Noto Sans CJK KR"/>
          </w:rPr>
          <w:t>Claude 개인화 설정</w:t>
        </w:r>
      </w:hyperlink>
    </w:p>
    <w:sectPr w:rsidR="00FC693F" w:rsidRPr="0006063C" w:rsidSect="00034616">
      <w:footerReference w:type="default" r:id="rId15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Noto Sans CJK KR" w:hAnsi="Noto Sans CJK KR" w:eastAsia="Noto Sans CJK KR"/>
        <w:color w:val="65706B"/>
        <w:sz w:val="18"/>
      </w:rPr>
      <w:t xml:space="preserve">MOMO AI 연구소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324" w:lineRule="auto"/>
    </w:pPr>
    <w:rPr>
      <w:rFonts w:ascii="Noto Sans CJK KR" w:hAnsi="Noto Sans CJK KR" w:eastAsia="Noto Sans CJK KR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 w:line="324" w:lineRule="auto"/>
      <w:outlineLvl w:val="0"/>
    </w:pPr>
    <w:rPr>
      <w:rFonts w:ascii="Noto Sans CJK KR" w:hAnsi="Noto Sans CJK KR" w:eastAsia="Noto Sans CJK KR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60" w:after="140" w:line="324" w:lineRule="auto"/>
      <w:outlineLvl w:val="1"/>
    </w:pPr>
    <w:rPr>
      <w:rFonts w:ascii="Noto Sans CJK KR" w:hAnsi="Noto Sans CJK KR" w:eastAsia="Noto Sans CJK KR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324" w:lineRule="auto"/>
      <w:contextualSpacing/>
    </w:pPr>
    <w:rPr>
      <w:rFonts w:ascii="Noto Sans CJK KR" w:hAnsi="Noto Sans CJK KR" w:eastAsia="Noto Sans CJK KR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324" w:lineRule="auto" w:after="140"/>
    </w:pPr>
    <w:rPr>
      <w:rFonts w:ascii="Noto Sans CJK KR" w:hAnsi="Noto Sans CJK KR" w:eastAsia="Noto Sans CJK KR"/>
      <w:b/>
      <w:bCs/>
      <w:color w:val="000000"/>
      <w:sz w:val="19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rompt">
    <w:name w:val="Prompt"/>
    <w:basedOn w:val="Normal"/>
    <w:pPr>
      <w:spacing w:after="60" w:line="288" w:lineRule="auto"/>
      <w:ind w:left="216"/>
    </w:pPr>
    <w:rPr>
      <w:sz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hyperlink" Target="https://help.openai.com/en/articles/8096356-chatgpt-custom-instructions" TargetMode="External"/><Relationship Id="rId12" Type="http://schemas.openxmlformats.org/officeDocument/2006/relationships/hyperlink" Target="https://help.openai.com/en/articles/11899719-customizing-your-chatgpt-personality" TargetMode="External"/><Relationship Id="rId13" Type="http://schemas.openxmlformats.org/officeDocument/2006/relationships/hyperlink" Target="https://support.google.com/gemini/answer/16598625?co=GENIE.Platform%3DDesktop&amp;hl=en" TargetMode="External"/><Relationship Id="rId14" Type="http://schemas.openxmlformats.org/officeDocument/2006/relationships/hyperlink" Target="https://support.claude.com/en/articles/10185728-understanding-claude-s-personalization-features" TargetMode="External"/><Relationship Id="rId1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기본 세팅과 첫 질문</dc:title>
  <dc:subject>AI 초심자를 위한 무료 강의 초안 v0.1</dc:subject>
  <dc:creator>MOMO AI 연구소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