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</w:pPr>
      <w:r>
        <w:rPr>
          <w:rFonts w:ascii="Noto Sans CJK KR" w:hAnsi="Noto Sans CJK KR" w:eastAsia="Noto Sans CJK KR"/>
          <w:b/>
          <w:color w:val="C4471D"/>
          <w:sz w:val="20"/>
        </w:rPr>
        <w:t>MOMO AI 연구소   무료 강의 03</w:t>
      </w:r>
    </w:p>
    <w:p>
      <w:pPr>
        <w:pStyle w:val="Title"/>
        <w:spacing w:after="280"/>
      </w:pPr>
      <w:r>
        <w:t>긴 글에서 필요한 정보만 뽑기</w:t>
      </w:r>
    </w:p>
    <w:p>
      <w:r>
        <w:rPr>
          <w:rFonts w:ascii="Noto Sans CJK KR" w:hAnsi="Noto Sans CJK KR" w:eastAsia="Noto Sans CJK KR"/>
        </w:rPr>
        <w:t>공지나 긴 글을 읽고 행동하려면 날짜와 준비물뿐 아니라 마감 시간과 예외 조건도 남겨야 합니다. 이 강의에서는 가상의 공지를 AI에 제공해 참가자용 표로 정리하고 원문과 대조합니다. 자료에 없는 정보를 추측으로 채우지 않는 것이 핵심입니다.</w:t>
      </w:r>
    </w:p>
    <w:p>
      <w:r>
        <w:rPr>
          <w:rFonts w:ascii="Noto Sans CJK KR" w:hAnsi="Noto Sans CJK KR" w:eastAsia="Noto Sans CJK KR"/>
          <w:color w:val="65706B"/>
          <w:sz w:val="19"/>
        </w:rPr>
        <w:t>초안 v0.1  |  2026년 10월 7일  |  설명과 실습 중심의 무료 텍스트 강의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309360" cy="3075813"/>
            <wp:docPr id="1" name="Picture 1" descr="그림 1 가상 공지를 참가자용 정보로 바꾸는 예시" title="그림 1 가상 공지를 참가자용 정보로 바꾸는 예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extract_not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07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Noto Sans CJK KR" w:hAnsi="Noto Sans CJK KR" w:eastAsia="Noto Sans CJK KR"/>
          <w:color w:val="65706B"/>
          <w:sz w:val="19"/>
        </w:rPr>
        <w:t>그림 1 가상 공지를 참가자용 정보로 바꾸는 예시</w:t>
      </w:r>
    </w:p>
    <w:p>
      <w:pPr>
        <w:pStyle w:val="Heading1"/>
      </w:pPr>
      <w:r>
        <w:t>01 요약은 짧게보다 무엇을 남길지가 먼저</w:t>
      </w:r>
    </w:p>
    <w:p>
      <w:r>
        <w:rPr>
          <w:rFonts w:ascii="Noto Sans CJK KR" w:hAnsi="Noto Sans CJK KR" w:eastAsia="Noto Sans CJK KR"/>
          <w:b w:val="0"/>
        </w:rPr>
        <w:t>긴 글을 무조건 줄이면 중요한 마감이나 예외 조건이 빠질 수 있습니다. 읽는 목적부터 정해보세요. 행사에 참가하려는 사람에게는 날짜와 준비물이 중요하고, 운영 담당자에게는 정원과 변경 절차가 중요합니다. 목적에 따라 남겨야 하는 정보가 다릅니다.</w:t>
      </w:r>
    </w:p>
    <w:p>
      <w:r>
        <w:rPr>
          <w:rFonts w:ascii="Noto Sans CJK KR" w:hAnsi="Noto Sans CJK KR" w:eastAsia="Noto Sans CJK KR"/>
          <w:b w:val="0"/>
        </w:rPr>
        <w:t xml:space="preserve">이번에는 공지를 읽고 참가에 필요한 정보를 표로 만듭니다. 핵심 원칙은 </w:t>
      </w:r>
      <w:r>
        <w:rPr>
          <w:rFonts w:ascii="Noto Sans CJK KR" w:hAnsi="Noto Sans CJK KR" w:eastAsia="Noto Sans CJK KR"/>
          <w:b/>
        </w:rPr>
        <w:t>원문에 있는 정보와 원문에 없는 정보를 구분하는 것</w:t>
      </w:r>
      <w:r>
        <w:rPr>
          <w:rFonts w:ascii="Noto Sans CJK KR" w:hAnsi="Noto Sans CJK KR" w:eastAsia="Noto Sans CJK KR"/>
          <w:b w:val="0"/>
        </w:rPr>
        <w:t>입니다. 비용이 없으면 무료라고 추정하지 않고 “원문에 없음”이라고 표시합니다.</w:t>
      </w:r>
    </w:p>
    <w:p>
      <w:pPr>
        <w:pStyle w:val="Heading2"/>
      </w:pPr>
      <w:r>
        <w:t>연습 자료부터 준비</w:t>
      </w:r>
    </w:p>
    <w:p>
      <w:r>
        <w:rPr>
          <w:rFonts w:ascii="Noto Sans CJK KR" w:hAnsi="Noto Sans CJK KR" w:eastAsia="Noto Sans CJK KR"/>
          <w:b w:val="0"/>
        </w:rPr>
        <w:t>아래는 MOMO가 만든 가상의 공지입니다. 실제 기관의 행사나 신청 안내가 아닙니다. 개인 정보가 없는 짧은 자료로 연습한 뒤, 공개하거나 공유할 권한이 있는 문서에 적용하세요.</w:t>
      </w:r>
    </w:p>
    <w:p>
      <w:pPr>
        <w:pStyle w:val="Heading1"/>
      </w:pPr>
      <w:r>
        <w:t>02 원문과 출력 형식을 함께 줍니다</w:t>
      </w:r>
    </w:p>
    <w:p>
      <w:pPr>
        <w:pStyle w:val="Caption"/>
      </w:pPr>
      <w:r>
        <w:rPr>
          <w:rFonts w:ascii="Noto Sans CJK KR" w:hAnsi="Noto Sans CJK KR" w:eastAsia="Noto Sans CJK KR"/>
        </w:rPr>
        <w:t>실습용 가상 공지</w:t>
      </w:r>
    </w:p>
    <w:p>
      <w:r>
        <w:rPr>
          <w:rFonts w:ascii="Noto Sans CJK KR" w:hAnsi="Noto Sans CJK KR" w:eastAsia="Noto Sans CJK KR"/>
          <w:b w:val="0"/>
        </w:rPr>
        <w:t>AI 활용 워크숍은 2026년 10월 18일 오후 2시부터 4시까지 2층 세미나실에서 진행됩니다. 정원은 20명이며 신청 마감은 10월 15일 오후 6시입니다. 참가자는 노트북을 가져와야 합니다. 정원이 차면 신청이 먼저 닫힐 수 있습니다. 참가비는 별도 안내 예정입니다.</w:t>
      </w:r>
    </w:p>
    <w:p>
      <w:pPr>
        <w:pStyle w:val="Heading2"/>
      </w:pPr>
      <w:r>
        <w:t>원문이 포함된 실습 프롬프트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아래 공지에서 참가자에게 필요한 정보만 표로 정리해줘.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항목: 행사일 / 시간 / 장소 / 정원 / 신청 마감 / 준비물 / 조기 마감 조건 / 참가비.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표의 열: 항목 / 정리한 내용 / 근거가 되는 원문 문장.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원문에 없는 정보는 추측하지 말고 '원문에 없음'이라고 적어줘.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확정되지 않은 내용은 그 상태를 그대로 유지해줘.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[원문]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  <w:t>AI 활용 워크숍은 2026년 10월 18일 오후 2시부터 4시까지 2층 세미나실에서 진행됩니다. 정원은 20명이며 신청 마감은 10월 15일 오후 6시입니다. 참가자는 노트북을 가져와야 합니다. 정원이 차면 신청이 먼저 닫힐 수 있습니다. 참가비는 별도 안내 예정입니다.</w:t>
      </w:r>
    </w:p>
    <w:p>
      <w:r>
        <w:rPr>
          <w:rFonts w:ascii="Noto Sans CJK KR" w:hAnsi="Noto Sans CJK KR" w:eastAsia="Noto Sans CJK KR"/>
          <w:b w:val="0"/>
        </w:rPr>
        <w:t>자료를 따옴표나 구분선으로 묶으면 “내 지시”와 “읽을 자료”를 구분하기 편합니다. 문서 안의 문장이 AI에게 내리는 명령처럼 보이더라도 자료 내용으로 다루도록 명시할 수 있습니다.</w:t>
      </w:r>
    </w:p>
    <w:p>
      <w:r>
        <w:rPr>
          <w:rFonts w:ascii="Noto Sans CJK KR" w:hAnsi="Noto Sans CJK KR" w:eastAsia="Noto Sans CJK KR"/>
          <w:b w:val="0"/>
        </w:rPr>
        <w:t>근거 문장을 함께 요청하면 요약과 원문을 대조하기 쉬워집니다. 다만 AI가 만든 근거 문장 자체도 정확한지 확인해야 합니다. 실제 PDF에 적용할 때는 페이지와 표·각주의 위치도 직접 확인하세요.</w:t>
      </w:r>
    </w:p>
    <w:p>
      <w:pPr>
        <w:pStyle w:val="Heading1"/>
      </w:pPr>
      <w:r>
        <w:t>03 누락을 찾아 고쳐보세요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309360" cy="3075813"/>
            <wp:docPr id="2" name="Picture 2" descr="그림 2 누락과 근거 없는 추가를 함께 점검하는 기준" title="그림 2 누락과 근거 없는 추가를 함께 점검하는 기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heck_extrac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07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Noto Sans CJK KR" w:hAnsi="Noto Sans CJK KR" w:eastAsia="Noto Sans CJK KR"/>
          <w:color w:val="65706B"/>
          <w:sz w:val="19"/>
        </w:rPr>
        <w:t>그림 2 누락과 근거 없는 추가를 함께 점검하는 기준</w:t>
      </w:r>
    </w:p>
    <w:p>
      <w:r>
        <w:rPr>
          <w:rFonts w:ascii="Noto Sans CJK KR" w:hAnsi="Noto Sans CJK KR" w:eastAsia="Noto Sans CJK KR"/>
          <w:b w:val="0"/>
        </w:rPr>
        <w:t>AI에 요청을 입력한 뒤, 다음 세 가지를 먼저 확인합니다. 날짜를 다른 날로 바꾸지 않았는지, 신청 마감 시간까지 남겼는지, 조기 마감 조건을 생략하지 않았는지입니다.</w:t>
      </w:r>
    </w:p>
    <w:p>
      <w:pPr>
        <w:pStyle w:val="Heading2"/>
      </w:pPr>
      <w:r>
        <w:t>정답 기준과 해설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624"/>
      </w:tblGrid>
      <w:tr>
        <w:trPr>
          <w:cantSplit/>
          <w:tblHeader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B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/>
                <w:color w:val="000000"/>
                <w:sz w:val="21"/>
              </w:rPr>
              <w:t>항목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B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/>
                <w:color w:val="000000"/>
                <w:sz w:val="21"/>
              </w:rPr>
              <w:t>원문 기준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행사일·시간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2026년 10월 18일, 14:00~16:00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장소·정원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2층 세미나실, 20명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신청 마감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10월 15일 18:00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준비물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노트북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조기 마감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정원이 차면 먼저 닫힐 수 있음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  <w:jc w:val="center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참가비</w:t>
            </w:r>
          </w:p>
        </w:tc>
        <w:tc>
          <w:tcPr>
            <w:tcW w:type="dxa" w:w="6624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8F9F8"/>
          </w:tcPr>
          <w:p>
            <w:pPr>
              <w:spacing w:after="40" w:line="288" w:lineRule="auto"/>
            </w:pPr>
            <w:r>
              <w:rPr>
                <w:rFonts w:ascii="Noto Sans CJK KR" w:hAnsi="Noto Sans CJK KR" w:eastAsia="Noto Sans CJK KR"/>
                <w:b w:val="0"/>
                <w:color w:val="000000"/>
                <w:sz w:val="21"/>
              </w:rPr>
              <w:t>별도 안내 예정 · 금액 미확정</w:t>
            </w:r>
          </w:p>
        </w:tc>
      </w:tr>
    </w:tbl>
    <w:p>
      <w:pPr>
        <w:spacing w:after="80"/>
      </w:pPr>
      <w:r>
        <w:rPr>
          <w:rFonts w:ascii="Noto Sans CJK KR" w:hAnsi="Noto Sans CJK KR" w:eastAsia="Noto Sans CJK KR"/>
        </w:rPr>
      </w:r>
    </w:p>
    <w:p>
      <w:r>
        <w:rPr>
          <w:rFonts w:ascii="Noto Sans CJK KR" w:hAnsi="Noto Sans CJK KR" w:eastAsia="Noto Sans CJK KR"/>
          <w:b w:val="0"/>
        </w:rPr>
        <w:t>“10월 15일 마감”만 적으면 오후 6시라는 조건이 사라집니다. “참가비 없음”은 “별도 안내 예정”과 다른 의미입니다. 마지막 문장이 사소해 보여도 참가 판단에 영향을 줄 수 있으므로 남겨야 합니다.</w:t>
      </w:r>
    </w:p>
    <w:p>
      <w:pPr>
        <w:pStyle w:val="Heading2"/>
      </w:pPr>
      <w:r>
        <w:t>누락 수정 요청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표를 원문과 다시 대조해줘.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날짜와 마감 시간, 정원에 따른 조기 마감 조건이 빠졌는지 확인해줘.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참가비는 '무료'로 바꾸지 말고 원문의 '별도 안내 예정'을 유지해줘.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  <w:t>수정한 항목만 먼저 알려준 뒤 전체 표를 다시 보여줘.</w:t>
      </w:r>
    </w:p>
    <w:p>
      <w:r>
        <w:rPr>
          <w:rFonts w:ascii="Noto Sans CJK KR" w:hAnsi="Noto Sans CJK KR" w:eastAsia="Noto Sans CJK KR"/>
          <w:b w:val="0"/>
        </w:rPr>
        <w:t>다음 실습으로는 자신이 읽어야 하는 공개 공지 하나를 선택해 보세요. 열에 “근거 문장”을 추가하고, 행동에 필요한 일정·조건이 모두 남았는지 원문을 보며 확인합니다.</w:t>
      </w:r>
    </w:p>
    <w:p>
      <w:pPr>
        <w:pStyle w:val="Heading1"/>
      </w:pPr>
      <w:r>
        <w:t>04 요약을 쓰기 전에 확인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내가 제공한 자료를 기준으로 요청했다.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미확정 내용을 확정된 사실로 바꾸지 않았다.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날짜·금액·예외 조건을 원문과 대조했다.</w:t>
      </w:r>
    </w:p>
    <w:p>
      <w:r>
        <w:rPr>
          <w:rFonts w:ascii="Noto Sans CJK KR" w:hAnsi="Noto Sans CJK KR" w:eastAsia="Noto Sans CJK KR"/>
          <w:b w:val="0"/>
        </w:rPr>
        <w:t>짧고 깔끔한 표도 중요한 조건이 빠지면 쓸모가 없습니다. 정리의 목적은 글자 수를 줄이는 것보다 다음 행동을 정확하게 판단하는 데 있습니다.</w:t>
      </w:r>
    </w:p>
    <w:p>
      <w:pPr>
        <w:pStyle w:val="Heading1"/>
      </w:pPr>
      <w:r>
        <w:t>복습 질문</w:t>
      </w:r>
    </w:p>
    <w:p>
      <w:r>
        <w:rPr>
          <w:rFonts w:ascii="Noto Sans CJK KR" w:hAnsi="Noto Sans CJK KR" w:eastAsia="Noto Sans CJK KR"/>
        </w:rPr>
        <w:t>1 참가비가 별도 안내 예정이면 표에는 어떻게 써야 하나요?</w:t>
      </w:r>
    </w:p>
    <w:p>
      <w:r>
        <w:rPr>
          <w:rFonts w:ascii="Noto Sans CJK KR" w:hAnsi="Noto Sans CJK KR" w:eastAsia="Noto Sans CJK KR"/>
        </w:rPr>
        <w:t>2 신청 마감 날짜만 남기면 어떤 정보가 빠지나요?</w:t>
      </w:r>
    </w:p>
    <w:p>
      <w:r>
        <w:rPr>
          <w:rFonts w:ascii="Noto Sans CJK KR" w:hAnsi="Noto Sans CJK KR" w:eastAsia="Noto Sans CJK KR"/>
        </w:rPr>
        <w:t>3 정리한 표를 원문과 어떻게 대조하겠습니까?</w:t>
      </w:r>
    </w:p>
    <w:p>
      <w:pPr>
        <w:pStyle w:val="Heading2"/>
      </w:pPr>
      <w:r>
        <w:t>복습 질문 해설</w:t>
      </w:r>
    </w:p>
    <w:p>
      <w:r>
        <w:rPr>
          <w:rFonts w:ascii="Noto Sans CJK KR" w:hAnsi="Noto Sans CJK KR" w:eastAsia="Noto Sans CJK KR"/>
        </w:rPr>
        <w:t>1 별도 안내 예정 또는 금액 미확정으로 쓰며 무료라고 추정하지 않습니다.</w:t>
      </w:r>
    </w:p>
    <w:p>
      <w:r>
        <w:rPr>
          <w:rFonts w:ascii="Noto Sans CJK KR" w:hAnsi="Noto Sans CJK KR" w:eastAsia="Noto Sans CJK KR"/>
        </w:rPr>
        <w:t>2 오후 6시라는 마감 시간과 정원이 차면 더 일찍 닫힐 수 있다는 조건을 확인해야 합니다.</w:t>
      </w:r>
    </w:p>
    <w:p>
      <w:r>
        <w:rPr>
          <w:rFonts w:ascii="Noto Sans CJK KR" w:hAnsi="Noto Sans CJK KR" w:eastAsia="Noto Sans CJK KR"/>
        </w:rPr>
        <w:t>3 원문에서 빠진 항목을 확인하고 표의 각 항목에 실제 근거가 있는지도 거꾸로 확인합니다.</w:t>
      </w:r>
    </w:p>
    <w:p>
      <w:pPr>
        <w:pStyle w:val="Heading1"/>
      </w:pPr>
      <w:r>
        <w:t>공식 참고자료</w:t>
      </w:r>
    </w:p>
    <w:p>
      <w:pPr>
        <w:keepNext/>
        <w:spacing w:line="276" w:lineRule="auto"/>
      </w:pPr>
      <w:r>
        <w:rPr>
          <w:rFonts w:ascii="Noto Sans CJK KR" w:hAnsi="Noto Sans CJK KR" w:eastAsia="Noto Sans CJK KR"/>
          <w:sz w:val="20"/>
        </w:rPr>
        <w:t>공식 안내 확인일은 2026년 10월 7일입니다. 기능과 메뉴는 계정 및 업데이트에 따라 달라질 수 있습니다. 예시와 실습은 MOMO가 작성했습니다.</w:t>
      </w:r>
    </w:p>
    <w:p>
      <w:pPr>
        <w:keepNext w:val="0"/>
        <w:spacing w:after="60" w:line="264" w:lineRule="auto"/>
      </w:pPr>
      <w:r>
        <w:rPr>
          <w:rFonts w:ascii="Noto Sans CJK KR" w:hAnsi="Noto Sans CJK KR" w:eastAsia="Noto Sans CJK KR"/>
          <w:sz w:val="20"/>
        </w:rPr>
        <w:t xml:space="preserve">1 </w:t>
      </w:r>
      <w:hyperlink r:id="rId11">
        <w:r>
          <w:rPr>
            <w:color w:val="9D3514"/>
            <w:u w:val="single"/>
            <w:rFonts w:ascii="Noto Sans CJK KR" w:hAnsi="Noto Sans CJK KR" w:eastAsia="Noto Sans CJK KR"/>
          </w:rPr>
          <w:t>OpenAI 공식 프롬프트 가이드</w:t>
        </w:r>
      </w:hyperlink>
    </w:p>
    <w:sectPr w:rsidR="00FC693F" w:rsidRPr="0006063C" w:rsidSect="00034616">
      <w:footerReference w:type="default" r:id="rId12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color w:val="65706B"/>
        <w:sz w:val="18"/>
      </w:rPr>
      <w:t xml:space="preserve">MOMO AI 연구소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324" w:lineRule="auto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324" w:lineRule="auto"/>
      <w:outlineLvl w:val="0"/>
    </w:pPr>
    <w:rPr>
      <w:rFonts w:ascii="Noto Sans CJK KR" w:hAnsi="Noto Sans CJK KR" w:eastAsia="Noto Sans CJK KR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324" w:lineRule="auto"/>
      <w:outlineLvl w:val="1"/>
    </w:pPr>
    <w:rPr>
      <w:rFonts w:ascii="Noto Sans CJK KR" w:hAnsi="Noto Sans CJK KR" w:eastAsia="Noto Sans CJK KR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24" w:lineRule="auto"/>
      <w:contextualSpacing/>
    </w:pPr>
    <w:rPr>
      <w:rFonts w:ascii="Noto Sans CJK KR" w:hAnsi="Noto Sans CJK KR" w:eastAsia="Noto Sans CJK KR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24" w:lineRule="auto" w:after="140"/>
    </w:pPr>
    <w:rPr>
      <w:rFonts w:ascii="Noto Sans CJK KR" w:hAnsi="Noto Sans CJK KR" w:eastAsia="Noto Sans CJK KR"/>
      <w:b/>
      <w:bCs/>
      <w:color w:val="000000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basedOn w:val="Normal"/>
    <w:pPr>
      <w:spacing w:after="60" w:line="288" w:lineRule="auto"/>
      <w:ind w:left="216"/>
    </w:pPr>
    <w:rPr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help.openai.com/en/articles/10032626-prompt-engineering-best-practices-for-chatgpt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긴 글에서 필요한 정보만 뽑기</dc:title>
  <dc:subject>AI 초심자를 위한 무료 강의 초안 v0.1</dc:subject>
  <dc:creator>MOMO AI 연구소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