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0"/>
      </w:pPr>
      <w:r>
        <w:rPr>
          <w:rFonts w:ascii="Noto Sans CJK KR" w:hAnsi="Noto Sans CJK KR" w:eastAsia="Noto Sans CJK KR"/>
          <w:b/>
          <w:color w:val="C4471D"/>
          <w:sz w:val="20"/>
        </w:rPr>
        <w:t>MOMO AI 연구소   무료 강의 04</w:t>
      </w:r>
    </w:p>
    <w:p>
      <w:pPr>
        <w:pStyle w:val="Title"/>
        <w:spacing w:after="280"/>
      </w:pPr>
      <w:r>
        <w:t>그럴듯한 AI 답변을 검증하는 법</w:t>
      </w:r>
    </w:p>
    <w:p>
      <w:r>
        <w:rPr>
          <w:rFonts w:ascii="Noto Sans CJK KR" w:hAnsi="Noto Sans CJK KR" w:eastAsia="Noto Sans CJK KR"/>
        </w:rPr>
        <w:t>AI가 자신 있게 말해도 중요한 사실은 틀릴 수 있습니다. 이 강의에서는 원문과 다른 날짜와 금액 및 신청 조건을 찾고 사실과 추정 및 미확정을 구분합니다. 답변에 붙은 근거를 직접 확인한 뒤 사용할 내용을 결정합니다.</w:t>
      </w:r>
    </w:p>
    <w:p>
      <w:r>
        <w:rPr>
          <w:rFonts w:ascii="Noto Sans CJK KR" w:hAnsi="Noto Sans CJK KR" w:eastAsia="Noto Sans CJK KR"/>
          <w:color w:val="65706B"/>
          <w:sz w:val="19"/>
        </w:rPr>
        <w:t>초안 v0.1  |  2026년 10월 7일  |  설명과 실습 중심의 무료 텍스트 강의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309360" cy="3075813"/>
            <wp:docPr id="1" name="Picture 1" descr="그림 1 근거 상태에 따라 사실과 추정 및 미확정 구분" title="그림 1 근거 상태에 따라 사실과 추정 및 미확정 구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evidence_statu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075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Noto Sans CJK KR" w:hAnsi="Noto Sans CJK KR" w:eastAsia="Noto Sans CJK KR"/>
          <w:color w:val="65706B"/>
          <w:sz w:val="19"/>
        </w:rPr>
        <w:t>그림 1 근거 상태에 따라 사실과 추정 및 미확정 구분</w:t>
      </w:r>
    </w:p>
    <w:p>
      <w:pPr>
        <w:pStyle w:val="Heading1"/>
      </w:pPr>
      <w:r>
        <w:t>01 자신 있는 말투와 정확성은 다릅니다</w:t>
      </w:r>
    </w:p>
    <w:p>
      <w:r>
        <w:rPr>
          <w:rFonts w:ascii="Noto Sans CJK KR" w:hAnsi="Noto Sans CJK KR" w:eastAsia="Noto Sans CJK KR"/>
          <w:b w:val="0"/>
        </w:rPr>
        <w:t>문장이 자연스럽고 표가 깔끔하면 답을 믿기 쉽습니다. 하지만 언어 모델은 잘못된 사실이나 존재하지 않는 출처를 제시할 수 있습니다. 그래서 중요한 내용은 결과의 말투 대신 원문과 근거로 확인해야 합니다.</w:t>
      </w:r>
    </w:p>
    <w:p>
      <w:r>
        <w:rPr>
          <w:rFonts w:ascii="Noto Sans CJK KR" w:hAnsi="Noto Sans CJK KR" w:eastAsia="Noto Sans CJK KR"/>
          <w:b w:val="0"/>
        </w:rPr>
        <w:t>같은 AI에게 “정말 맞아?”라고 한 번 더 묻는 것은 수정 요청의 시작이 될 수 있지만, 독립적인 검증이 완료됐다는 뜻은 아닙니다. 다른 AI도 같은 오류를 낼 수 있습니다. 둘이 같은 답을 했다는 이유만으로 확정하지 마세요.</w:t>
      </w:r>
    </w:p>
    <w:p>
      <w:pPr>
        <w:pStyle w:val="Heading2"/>
      </w:pPr>
      <w:r>
        <w:t>세 가지로 나눠 읽기</w:t>
      </w:r>
    </w:p>
    <w:p>
      <w:r>
        <w:rPr>
          <w:rFonts w:ascii="Noto Sans CJK KR" w:hAnsi="Noto Sans CJK KR" w:eastAsia="Noto Sans CJK KR"/>
          <w:b/>
        </w:rPr>
        <w:t>사실:</w:t>
      </w:r>
      <w:r>
        <w:rPr>
          <w:rFonts w:ascii="Noto Sans CJK KR" w:hAnsi="Noto Sans CJK KR" w:eastAsia="Noto Sans CJK KR"/>
          <w:b w:val="0"/>
        </w:rPr>
        <w:t xml:space="preserve"> 원문이나 직접 확인한 자료가 뒷받침하는 내용.</w:t>
      </w:r>
      <w:r>
        <w:br/>
      </w:r>
      <w:r>
        <w:rPr>
          <w:rFonts w:ascii="Noto Sans CJK KR" w:hAnsi="Noto Sans CJK KR" w:eastAsia="Noto Sans CJK KR"/>
          <w:b/>
        </w:rPr>
        <w:t>추정:</w:t>
      </w:r>
      <w:r>
        <w:rPr>
          <w:rFonts w:ascii="Noto Sans CJK KR" w:hAnsi="Noto Sans CJK KR" w:eastAsia="Noto Sans CJK KR"/>
          <w:b w:val="0"/>
        </w:rPr>
        <w:t xml:space="preserve"> 자료를 해석해 덧붙인 가능성.</w:t>
      </w:r>
      <w:r>
        <w:br/>
      </w:r>
      <w:r>
        <w:rPr>
          <w:rFonts w:ascii="Noto Sans CJK KR" w:hAnsi="Noto Sans CJK KR" w:eastAsia="Noto Sans CJK KR"/>
          <w:b/>
        </w:rPr>
        <w:t>미확정:</w:t>
      </w:r>
      <w:r>
        <w:rPr>
          <w:rFonts w:ascii="Noto Sans CJK KR" w:hAnsi="Noto Sans CJK KR" w:eastAsia="Noto Sans CJK KR"/>
          <w:b w:val="0"/>
        </w:rPr>
        <w:t xml:space="preserve"> 아직 근거나 조건이 부족한 내용.</w:t>
      </w:r>
      <w:r>
        <w:br/>
      </w:r>
      <w:r>
        <w:rPr>
          <w:rFonts w:ascii="Noto Sans CJK KR" w:hAnsi="Noto Sans CJK KR" w:eastAsia="Noto Sans CJK KR"/>
          <w:b w:val="0"/>
        </w:rPr>
        <w:t>미확정은 틀렸다는 뜻이 아니라, 아직 결론을 내릴 수 없다는 뜻입니다.</w:t>
      </w:r>
    </w:p>
    <w:p>
      <w:pPr>
        <w:pStyle w:val="Heading1"/>
      </w:pPr>
      <w:r>
        <w:t>02 아래 답변의 오류를 찾아보세요</w:t>
      </w:r>
    </w:p>
    <w:p>
      <w:r>
        <w:rPr>
          <w:rFonts w:ascii="Noto Sans CJK KR" w:hAnsi="Noto Sans CJK KR" w:eastAsia="Noto Sans CJK KR"/>
          <w:b w:val="0"/>
        </w:rPr>
        <w:t>다음 원문과 답변은 모두 MOMO가 만든 연습 자료입니다. 실제 행사나 실제 AI 출력이 아닙니다. 답변에서 원문과 다른 점 세 가지를 먼저 찾아보세요.</w:t>
      </w:r>
    </w:p>
    <w:p>
      <w:pPr>
        <w:pStyle w:val="Caption"/>
      </w:pPr>
      <w:r>
        <w:rPr>
          <w:rFonts w:ascii="Noto Sans CJK KR" w:hAnsi="Noto Sans CJK KR" w:eastAsia="Noto Sans CJK KR"/>
        </w:rPr>
        <w:t>실습용 원문</w:t>
      </w:r>
    </w:p>
    <w:p>
      <w:r>
        <w:rPr>
          <w:rFonts w:ascii="Noto Sans CJK KR" w:hAnsi="Noto Sans CJK KR" w:eastAsia="Noto Sans CJK KR"/>
          <w:b w:val="0"/>
        </w:rPr>
        <w:t>AI 활용 워크숍은 2026년 10월 18일 오후 2시부터 4시까지 2층 세미나실에서 진행됩니다. 정원은 20명이며 신청 마감은 10월 15일 오후 6시입니다. 참가자는 노트북을 가져와야 합니다. 정원이 차면 신청이 먼저 닫힐 수 있습니다. 참가비는 별도 안내 예정입니다.</w:t>
      </w:r>
    </w:p>
    <w:p>
      <w:pPr>
        <w:pStyle w:val="Caption"/>
      </w:pPr>
      <w:r>
        <w:rPr>
          <w:rFonts w:ascii="Noto Sans CJK KR" w:hAnsi="Noto Sans CJK KR" w:eastAsia="Noto Sans CJK KR"/>
        </w:rPr>
        <w:t>검증할 답변 예시 · 일부러 오류를 포함했습니다</w:t>
      </w:r>
    </w:p>
    <w:p>
      <w:r>
        <w:rPr>
          <w:rFonts w:ascii="Noto Sans CJK KR" w:hAnsi="Noto Sans CJK KR" w:eastAsia="Noto Sans CJK KR"/>
          <w:b w:val="0"/>
        </w:rPr>
        <w:t>워크숍은 10월 17일 오후 2시부터 4시까지 2층 세미나실에서 열립니다. 정원은 20명이고 노트북을 준비하면 됩니다. 참가비는 무료이며, 10월 15일까지는 언제든 신청할 수 있습니다.</w:t>
      </w:r>
    </w:p>
    <w:p>
      <w:pPr>
        <w:pStyle w:val="Heading2"/>
      </w:pPr>
      <w:r>
        <w:t>세 가지 오류와 해설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1 </w:t>
      </w:r>
      <w:r>
        <w:rPr>
          <w:rFonts w:ascii="Noto Sans CJK KR" w:hAnsi="Noto Sans CJK KR" w:eastAsia="Noto Sans CJK KR"/>
          <w:b/>
        </w:rPr>
        <w:t>행사 날짜가 바뀌었습니다.</w:t>
      </w:r>
      <w:r>
        <w:rPr>
          <w:rFonts w:ascii="Noto Sans CJK KR" w:hAnsi="Noto Sans CJK KR" w:eastAsia="Noto Sans CJK KR"/>
        </w:rPr>
        <w:t xml:space="preserve"> 원문은 10월 18일이고 답변은 17일입니다.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2 </w:t>
      </w:r>
      <w:r>
        <w:rPr>
          <w:rFonts w:ascii="Noto Sans CJK KR" w:hAnsi="Noto Sans CJK KR" w:eastAsia="Noto Sans CJK KR"/>
          <w:b/>
        </w:rPr>
        <w:t>참가비를 추정했습니다.</w:t>
      </w:r>
      <w:r>
        <w:rPr>
          <w:rFonts w:ascii="Noto Sans CJK KR" w:hAnsi="Noto Sans CJK KR" w:eastAsia="Noto Sans CJK KR"/>
        </w:rPr>
        <w:t xml:space="preserve"> 별도 안내 예정이므로 무료라고 확정할 수 없습니다.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3 </w:t>
      </w:r>
      <w:r>
        <w:rPr>
          <w:rFonts w:ascii="Noto Sans CJK KR" w:hAnsi="Noto Sans CJK KR" w:eastAsia="Noto Sans CJK KR"/>
          <w:b/>
        </w:rPr>
        <w:t>신청 조건이 사라졌습니다.</w:t>
      </w:r>
      <w:r>
        <w:rPr>
          <w:rFonts w:ascii="Noto Sans CJK KR" w:hAnsi="Noto Sans CJK KR" w:eastAsia="Noto Sans CJK KR"/>
        </w:rPr>
        <w:t xml:space="preserve"> 마감은 15일 오후 6시이며, 정원이 차면 그보다 먼저 닫힐 수 있습니다. “언제든”은 근거가 없습니다.</w:t>
      </w:r>
    </w:p>
    <w:p>
      <w:r>
        <w:rPr>
          <w:rFonts w:ascii="Noto Sans CJK KR" w:hAnsi="Noto Sans CJK KR" w:eastAsia="Noto Sans CJK KR"/>
          <w:b w:val="0"/>
        </w:rPr>
        <w:t>세 오류는 모두 유창한 문장 속에 들어 있습니다. 문체를 고치는 것보다 날짜·금액·조건을 먼저 검증해야 하는 이유입니다.</w:t>
      </w:r>
    </w:p>
    <w:p>
      <w:pPr>
        <w:pStyle w:val="Heading1"/>
      </w:pPr>
      <w:r>
        <w:t>03 확인할 근거를 요구하고 직접 엽니다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6309360" cy="3075813"/>
            <wp:docPr id="2" name="Picture 2" descr="그림 2 원문과 의도적으로 틀리게 만든 답변의 차이" title="그림 2 원문과 의도적으로 틀리게 만든 답변의 차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three_error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0758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Noto Sans CJK KR" w:hAnsi="Noto Sans CJK KR" w:eastAsia="Noto Sans CJK KR"/>
          <w:color w:val="65706B"/>
          <w:sz w:val="19"/>
        </w:rPr>
        <w:t>그림 2 원문과 의도적으로 틀리게 만든 답변의 차이</w:t>
      </w:r>
    </w:p>
    <w:p>
      <w:pPr>
        <w:pStyle w:val="Heading2"/>
      </w:pPr>
      <w:r>
        <w:t>답변 검증 프롬프트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아래 답변의 핵심 주장을 사실 / 추정 / 미확정으로 구분해줘.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각 사실에는 제공한 원문의 근거 문장을 붙여줘.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원문과 다른 날짜·금액·조건을 찾고, 정보가 없으면 확인 필요로 남겨줘.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외부 출처를 확인하지 못했다면 링크나 문헌을 만들어내지 마.</w:t>
      </w:r>
    </w:p>
    <w:p>
      <w:pPr>
        <w:pStyle w:val="Prompt"/>
        <w:keepNext w:val="0"/>
      </w:pPr>
      <w:r>
        <w:rPr>
          <w:rFonts w:ascii="Noto Sans CJK KR" w:hAnsi="Noto Sans CJK KR" w:eastAsia="Noto Sans CJK KR"/>
        </w:rPr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[원문]</w:t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AI 활용 워크숍은 2026년 10월 18일 오후 2시부터 4시까지 2층 세미나실에서 진행됩니다. 정원은 20명이며 신청 마감은 10월 15일 오후 6시입니다. 참가자는 노트북을 가져와야 합니다. 정원이 차면 신청이 먼저 닫힐 수 있습니다. 참가비는 별도 안내 예정입니다.</w:t>
      </w:r>
    </w:p>
    <w:p>
      <w:pPr>
        <w:pStyle w:val="Prompt"/>
        <w:keepNext w:val="0"/>
      </w:pPr>
      <w:r>
        <w:rPr>
          <w:rFonts w:ascii="Noto Sans CJK KR" w:hAnsi="Noto Sans CJK KR" w:eastAsia="Noto Sans CJK KR"/>
        </w:rPr>
      </w:r>
    </w:p>
    <w:p>
      <w:pPr>
        <w:pStyle w:val="Prompt"/>
        <w:keepNext/>
      </w:pPr>
      <w:r>
        <w:rPr>
          <w:rFonts w:ascii="Noto Sans CJK KR" w:hAnsi="Noto Sans CJK KR" w:eastAsia="Noto Sans CJK KR"/>
        </w:rPr>
        <w:t>[검증할 답변]</w:t>
      </w:r>
    </w:p>
    <w:p>
      <w:pPr>
        <w:pStyle w:val="Prompt"/>
        <w:keepNext w:val="0"/>
      </w:pPr>
      <w:r>
        <w:rPr>
          <w:rFonts w:ascii="Noto Sans CJK KR" w:hAnsi="Noto Sans CJK KR" w:eastAsia="Noto Sans CJK KR"/>
        </w:rPr>
        <w:t>워크숍은 10월 17일 오후 2시부터 4시까지 2층 세미나실에서 열립니다. 정원은 20명이고 노트북을 준비하면 됩니다. 참가비는 무료이며, 10월 15일까지는 언제든 신청할 수 있습니다.</w:t>
      </w:r>
    </w:p>
    <w:p>
      <w:r>
        <w:rPr>
          <w:rFonts w:ascii="Noto Sans CJK KR" w:hAnsi="Noto Sans CJK KR" w:eastAsia="Noto Sans CJK KR"/>
          <w:b w:val="0"/>
        </w:rPr>
        <w:t>이 프롬프트는 확인할 후보를 정리하는 데 쓰세요. 최종 검증은 앞의 원문과 직접 대조해 마칩니다. 사이트 주소가 붙은 답변이라면 링크를 열어 제목, 게시 날짜, 실제 문장이 주장과 일치하는지 확인합니다.</w:t>
      </w:r>
    </w:p>
    <w:p>
      <w:r>
        <w:rPr>
          <w:rFonts w:ascii="Noto Sans CJK KR" w:hAnsi="Noto Sans CJK KR" w:eastAsia="Noto Sans CJK KR"/>
          <w:b w:val="0"/>
        </w:rPr>
        <w:t>모델 가격, 신청 일정, 정책처럼 바뀌는 정보는 확인한 날짜도 함께 적어두세요. 서로 다른 날짜의 자료가 충돌하면 최신 자료인지, 내가 해당하는 대상과 조건인지 살펴봅니다. 근거가 부족하면 빈칸을 추측으로 채우기보다 “확인 필요”를 남기는 편이 낫습니다.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1 </w:t>
      </w:r>
      <w:r>
        <w:rPr>
          <w:rFonts w:ascii="Noto Sans CJK KR" w:hAnsi="Noto Sans CJK KR" w:eastAsia="Noto Sans CJK KR"/>
          <w:b/>
        </w:rPr>
        <w:t>내가 쓸 답변 선택</w:t>
      </w:r>
      <w:r>
        <w:br/>
      </w:r>
      <w:r>
        <w:rPr>
          <w:rFonts w:ascii="Noto Sans CJK KR" w:hAnsi="Noto Sans CJK KR" w:eastAsia="Noto Sans CJK KR"/>
          <w:b w:val="0"/>
        </w:rPr>
        <w:t>이메일 초안이나 문서 요약처럼 원문과 비교할 수 있는 답변을 고르세요.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2 </w:t>
      </w:r>
      <w:r>
        <w:rPr>
          <w:rFonts w:ascii="Noto Sans CJK KR" w:hAnsi="Noto Sans CJK KR" w:eastAsia="Noto Sans CJK KR"/>
          <w:b/>
        </w:rPr>
        <w:t>중요한 주장 표시</w:t>
      </w:r>
      <w:r>
        <w:br/>
      </w:r>
      <w:r>
        <w:rPr>
          <w:rFonts w:ascii="Noto Sans CJK KR" w:hAnsi="Noto Sans CJK KR" w:eastAsia="Noto Sans CJK KR"/>
          <w:b w:val="0"/>
        </w:rPr>
        <w:t>날짜, 숫자, 인용, 행동 조건에 밑줄을 긋습니다. 그중 하나의 오류가 실제 행동을 바꾸는지 생각해 봅니다.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3 </w:t>
      </w:r>
      <w:r>
        <w:rPr>
          <w:rFonts w:ascii="Noto Sans CJK KR" w:hAnsi="Noto Sans CJK KR" w:eastAsia="Noto Sans CJK KR"/>
          <w:b/>
        </w:rPr>
        <w:t>근거와 대조</w:t>
      </w:r>
      <w:r>
        <w:br/>
      </w:r>
      <w:r>
        <w:rPr>
          <w:rFonts w:ascii="Noto Sans CJK KR" w:hAnsi="Noto Sans CJK KR" w:eastAsia="Noto Sans CJK KR"/>
          <w:b w:val="0"/>
        </w:rPr>
        <w:t>직접 확인된 것만 확정하고, 나머지는 추정 또는 확인 필요로 표시합니다.</w:t>
      </w:r>
    </w:p>
    <w:p>
      <w:pPr>
        <w:pStyle w:val="Heading1"/>
      </w:pPr>
      <w:r>
        <w:t>04 확인을 끝내는 기준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• </w:t>
      </w:r>
      <w:r>
        <w:rPr>
          <w:rFonts w:ascii="Noto Sans CJK KR" w:hAnsi="Noto Sans CJK KR" w:eastAsia="Noto Sans CJK KR"/>
        </w:rPr>
        <w:t>핵심 사실에 실제 근거가 있다.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• </w:t>
      </w:r>
      <w:r>
        <w:rPr>
          <w:rFonts w:ascii="Noto Sans CJK KR" w:hAnsi="Noto Sans CJK KR" w:eastAsia="Noto Sans CJK KR"/>
        </w:rPr>
        <w:t>출처의 날짜와 대상이 내 질문에 맞는다.</w:t>
      </w:r>
    </w:p>
    <w:p>
      <w:pPr>
        <w:ind w:left="245" w:hanging="245"/>
      </w:pPr>
      <w:r>
        <w:rPr>
          <w:rFonts w:ascii="Noto Sans CJK KR" w:hAnsi="Noto Sans CJK KR" w:eastAsia="Noto Sans CJK KR"/>
        </w:rPr>
        <w:t xml:space="preserve">• </w:t>
      </w:r>
      <w:r>
        <w:rPr>
          <w:rFonts w:ascii="Noto Sans CJK KR" w:hAnsi="Noto Sans CJK KR" w:eastAsia="Noto Sans CJK KR"/>
        </w:rPr>
        <w:t>확인 못 한 부분을 확정된 사실처럼 쓰지 않는다.</w:t>
      </w:r>
    </w:p>
    <w:p>
      <w:r>
        <w:rPr>
          <w:rFonts w:ascii="Noto Sans CJK KR" w:hAnsi="Noto Sans CJK KR" w:eastAsia="Noto Sans CJK KR"/>
          <w:b w:val="0"/>
        </w:rPr>
        <w:t>AI가 빠르게 만든 초안과 내가 확인한 최종 결과를 구분할 수 있다면, 무료 과정의 네 단계를 모두 적용한 것입니다. 다음에는 이 흐름을 자신의 실제 작업 하나에 반복해 보세요.</w:t>
      </w:r>
    </w:p>
    <w:p>
      <w:pPr>
        <w:pStyle w:val="Heading1"/>
      </w:pPr>
      <w:r>
        <w:t>복습 질문</w:t>
      </w:r>
    </w:p>
    <w:p>
      <w:r>
        <w:rPr>
          <w:rFonts w:ascii="Noto Sans CJK KR" w:hAnsi="Noto Sans CJK KR" w:eastAsia="Noto Sans CJK KR"/>
        </w:rPr>
        <w:t>1 두 AI가 같은 답을 하면 정확성이 증명되나요?</w:t>
      </w:r>
    </w:p>
    <w:p>
      <w:r>
        <w:rPr>
          <w:rFonts w:ascii="Noto Sans CJK KR" w:hAnsi="Noto Sans CJK KR" w:eastAsia="Noto Sans CJK KR"/>
        </w:rPr>
        <w:t>2 미확정과 잘못된 사실은 어떻게 다른가요?</w:t>
      </w:r>
    </w:p>
    <w:p>
      <w:r>
        <w:rPr>
          <w:rFonts w:ascii="Noto Sans CJK KR" w:hAnsi="Noto Sans CJK KR" w:eastAsia="Noto Sans CJK KR"/>
        </w:rPr>
        <w:t>3 링크가 붙은 답변에서 직접 확인할 항목은 무엇인가요?</w:t>
      </w:r>
    </w:p>
    <w:p>
      <w:pPr>
        <w:pStyle w:val="Heading2"/>
      </w:pPr>
      <w:r>
        <w:t>복습 질문 해설</w:t>
      </w:r>
    </w:p>
    <w:p>
      <w:r>
        <w:rPr>
          <w:rFonts w:ascii="Noto Sans CJK KR" w:hAnsi="Noto Sans CJK KR" w:eastAsia="Noto Sans CJK KR"/>
        </w:rPr>
        <w:t>1 아닙니다. 같은 오류를 낼 수 있으므로 원문이나 직접 확인한 근거와 대조합니다.</w:t>
      </w:r>
    </w:p>
    <w:p>
      <w:r>
        <w:rPr>
          <w:rFonts w:ascii="Noto Sans CJK KR" w:hAnsi="Noto Sans CJK KR" w:eastAsia="Noto Sans CJK KR"/>
        </w:rPr>
        <w:t>2 미확정은 아직 근거가 부족한 상태이며 틀렸다고 판정한 상태와는 다릅니다.</w:t>
      </w:r>
    </w:p>
    <w:p>
      <w:r>
        <w:rPr>
          <w:rFonts w:ascii="Noto Sans CJK KR" w:hAnsi="Noto Sans CJK KR" w:eastAsia="Noto Sans CJK KR"/>
        </w:rPr>
        <w:t>3 링크를 직접 열어 자료의 날짜와 대상 및 실제 문장이 주장에 맞는지 확인합니다.</w:t>
      </w:r>
    </w:p>
    <w:p>
      <w:pPr>
        <w:pStyle w:val="Heading1"/>
      </w:pPr>
      <w:r>
        <w:t>공식 참고자료</w:t>
      </w:r>
    </w:p>
    <w:p>
      <w:pPr>
        <w:keepNext/>
        <w:spacing w:line="276" w:lineRule="auto"/>
      </w:pPr>
      <w:r>
        <w:rPr>
          <w:rFonts w:ascii="Noto Sans CJK KR" w:hAnsi="Noto Sans CJK KR" w:eastAsia="Noto Sans CJK KR"/>
          <w:sz w:val="20"/>
        </w:rPr>
        <w:t>공식 안내 확인일은 2026년 10월 7일입니다. 기능과 메뉴는 계정 및 업데이트에 따라 달라질 수 있습니다. 예시와 실습은 MOMO가 작성했습니다.</w:t>
      </w:r>
    </w:p>
    <w:p>
      <w:pPr>
        <w:keepNext w:val="0"/>
        <w:spacing w:after="60" w:line="264" w:lineRule="auto"/>
      </w:pPr>
      <w:r>
        <w:rPr>
          <w:rFonts w:ascii="Noto Sans CJK KR" w:hAnsi="Noto Sans CJK KR" w:eastAsia="Noto Sans CJK KR"/>
          <w:sz w:val="20"/>
        </w:rPr>
        <w:t xml:space="preserve">1 </w:t>
      </w:r>
      <w:hyperlink r:id="rId11">
        <w:r>
          <w:rPr>
            <w:color w:val="9D3514"/>
            <w:u w:val="single"/>
            <w:rFonts w:ascii="Noto Sans CJK KR" w:hAnsi="Noto Sans CJK KR" w:eastAsia="Noto Sans CJK KR"/>
          </w:rPr>
          <w:t>OpenAI 공식 답변 정확성 안내</w:t>
        </w:r>
      </w:hyperlink>
    </w:p>
    <w:sectPr w:rsidR="00FC693F" w:rsidRPr="0006063C" w:rsidSect="00034616">
      <w:footerReference w:type="default" r:id="rId12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/>
        <w:color w:val="65706B"/>
        <w:sz w:val="18"/>
      </w:rPr>
      <w:t xml:space="preserve">MOMO AI 연구소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324" w:lineRule="auto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324" w:lineRule="auto"/>
      <w:outlineLvl w:val="0"/>
    </w:pPr>
    <w:rPr>
      <w:rFonts w:ascii="Noto Sans CJK KR" w:hAnsi="Noto Sans CJK KR" w:eastAsia="Noto Sans CJK KR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324" w:lineRule="auto"/>
      <w:outlineLvl w:val="1"/>
    </w:pPr>
    <w:rPr>
      <w:rFonts w:ascii="Noto Sans CJK KR" w:hAnsi="Noto Sans CJK KR" w:eastAsia="Noto Sans CJK KR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324" w:lineRule="auto"/>
      <w:contextualSpacing/>
    </w:pPr>
    <w:rPr>
      <w:rFonts w:ascii="Noto Sans CJK KR" w:hAnsi="Noto Sans CJK KR" w:eastAsia="Noto Sans CJK KR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324" w:lineRule="auto" w:after="140"/>
    </w:pPr>
    <w:rPr>
      <w:rFonts w:ascii="Noto Sans CJK KR" w:hAnsi="Noto Sans CJK KR" w:eastAsia="Noto Sans CJK KR"/>
      <w:b/>
      <w:bCs/>
      <w:color w:val="000000"/>
      <w:sz w:val="19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">
    <w:name w:val="Prompt"/>
    <w:basedOn w:val="Normal"/>
    <w:pPr>
      <w:spacing w:after="60" w:line="288" w:lineRule="auto"/>
      <w:ind w:left="216"/>
    </w:pPr>
    <w:rPr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help.openai.com/en/articles/8313428-does-chatgpt-tell-the-truth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그럴듯한 AI 답변을 검증하는 법</dc:title>
  <dc:subject>AI 초심자를 위한 무료 강의 초안 v0.1</dc:subject>
  <dc:creator>MOMO AI 연구소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